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527" w:rsidRDefault="00E73188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1FB0DEE" wp14:editId="07522BEC">
                <wp:simplePos x="0" y="0"/>
                <wp:positionH relativeFrom="column">
                  <wp:posOffset>4038600</wp:posOffset>
                </wp:positionH>
                <wp:positionV relativeFrom="paragraph">
                  <wp:posOffset>180975</wp:posOffset>
                </wp:positionV>
                <wp:extent cx="2105025" cy="257175"/>
                <wp:effectExtent l="0" t="0" r="28575" b="28575"/>
                <wp:wrapThrough wrapText="bothSides">
                  <wp:wrapPolygon edited="0">
                    <wp:start x="0" y="0"/>
                    <wp:lineTo x="0" y="22400"/>
                    <wp:lineTo x="21698" y="22400"/>
                    <wp:lineTo x="21698" y="0"/>
                    <wp:lineTo x="0" y="0"/>
                  </wp:wrapPolygon>
                </wp:wrapThrough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188" w:rsidRPr="00E73188" w:rsidRDefault="00E73188" w:rsidP="00E73188">
                            <w:pPr>
                              <w:rPr>
                                <w:b/>
                                <w:u w:val="single"/>
                                <w:lang w:val="es-ES"/>
                              </w:rPr>
                            </w:pPr>
                            <w:r w:rsidRPr="00E73188">
                              <w:rPr>
                                <w:b/>
                                <w:u w:val="single"/>
                                <w:lang w:val="es-ES"/>
                              </w:rPr>
                              <w:t>María en el monte de la Cruz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B0DE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18pt;margin-top:14.25pt;width:165.75pt;height:20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">
                <v:textbox>
                  <w:txbxContent>
                    <w:p w:rsidR="00E73188" w:rsidRPr="00E73188" w:rsidRDefault="00E73188" w:rsidP="00E73188">
                      <w:pPr>
                        <w:rPr>
                          <w:b/>
                          <w:u w:val="single"/>
                          <w:lang w:val="es-ES"/>
                        </w:rPr>
                      </w:pPr>
                      <w:r w:rsidRPr="00E73188">
                        <w:rPr>
                          <w:b/>
                          <w:u w:val="single"/>
                          <w:lang w:val="es-ES"/>
                        </w:rPr>
                        <w:t>María en el monte de la Cruz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0EE7480" wp14:editId="16F83675">
                <wp:simplePos x="0" y="0"/>
                <wp:positionH relativeFrom="column">
                  <wp:posOffset>476250</wp:posOffset>
                </wp:positionH>
                <wp:positionV relativeFrom="paragraph">
                  <wp:posOffset>190500</wp:posOffset>
                </wp:positionV>
                <wp:extent cx="2105025" cy="257175"/>
                <wp:effectExtent l="0" t="0" r="28575" b="28575"/>
                <wp:wrapThrough wrapText="bothSides">
                  <wp:wrapPolygon edited="0">
                    <wp:start x="0" y="0"/>
                    <wp:lineTo x="0" y="22400"/>
                    <wp:lineTo x="21698" y="22400"/>
                    <wp:lineTo x="21698" y="0"/>
                    <wp:lineTo x="0" y="0"/>
                  </wp:wrapPolygon>
                </wp:wrapThrough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188" w:rsidRPr="00E73188" w:rsidRDefault="00E73188">
                            <w:pPr>
                              <w:rPr>
                                <w:b/>
                                <w:u w:val="single"/>
                                <w:lang w:val="es-ES"/>
                              </w:rPr>
                            </w:pPr>
                            <w:r w:rsidRPr="00E73188">
                              <w:rPr>
                                <w:b/>
                                <w:u w:val="single"/>
                                <w:lang w:val="es-ES"/>
                              </w:rPr>
                              <w:t>María en el monte de la Cruz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E7480" id="_x0000_s1027" type="#_x0000_t202" style="position:absolute;left:0;text-align:left;margin-left:37.5pt;margin-top:15pt;width:165.75pt;height:20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">
                <v:textbox>
                  <w:txbxContent>
                    <w:p w:rsidR="00E73188" w:rsidRPr="00E73188" w:rsidRDefault="00E73188">
                      <w:pPr>
                        <w:rPr>
                          <w:b/>
                          <w:u w:val="single"/>
                          <w:lang w:val="es-ES"/>
                        </w:rPr>
                      </w:pPr>
                      <w:r w:rsidRPr="00E73188">
                        <w:rPr>
                          <w:b/>
                          <w:u w:val="single"/>
                          <w:lang w:val="es-ES"/>
                        </w:rPr>
                        <w:t>María en el monte de la Cruz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B4DE5D1" wp14:editId="06766F6D">
                <wp:simplePos x="0" y="0"/>
                <wp:positionH relativeFrom="column">
                  <wp:posOffset>533400</wp:posOffset>
                </wp:positionH>
                <wp:positionV relativeFrom="paragraph">
                  <wp:posOffset>5114925</wp:posOffset>
                </wp:positionV>
                <wp:extent cx="2105025" cy="257175"/>
                <wp:effectExtent l="0" t="0" r="28575" b="28575"/>
                <wp:wrapThrough wrapText="bothSides">
                  <wp:wrapPolygon edited="0">
                    <wp:start x="0" y="0"/>
                    <wp:lineTo x="0" y="22400"/>
                    <wp:lineTo x="21698" y="22400"/>
                    <wp:lineTo x="21698" y="0"/>
                    <wp:lineTo x="0" y="0"/>
                  </wp:wrapPolygon>
                </wp:wrapThrough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188" w:rsidRPr="00E73188" w:rsidRDefault="00E73188" w:rsidP="00E73188">
                            <w:pPr>
                              <w:rPr>
                                <w:b/>
                                <w:u w:val="single"/>
                                <w:lang w:val="es-ES"/>
                              </w:rPr>
                            </w:pPr>
                            <w:r w:rsidRPr="00E73188">
                              <w:rPr>
                                <w:b/>
                                <w:u w:val="single"/>
                                <w:lang w:val="es-ES"/>
                              </w:rPr>
                              <w:t>María en el monte de la Cruz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E5D1" id="_x0000_s1028" type="#_x0000_t202" style="position:absolute;left:0;text-align:left;margin-left:42pt;margin-top:402.75pt;width:165.75pt;height:20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">
                <v:textbox>
                  <w:txbxContent>
                    <w:p w:rsidR="00E73188" w:rsidRPr="00E73188" w:rsidRDefault="00E73188" w:rsidP="00E73188">
                      <w:pPr>
                        <w:rPr>
                          <w:b/>
                          <w:u w:val="single"/>
                          <w:lang w:val="es-ES"/>
                        </w:rPr>
                      </w:pPr>
                      <w:r w:rsidRPr="00E73188">
                        <w:rPr>
                          <w:b/>
                          <w:u w:val="single"/>
                          <w:lang w:val="es-ES"/>
                        </w:rPr>
                        <w:t>María en el monte de la Cruz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val="es-AR" w:eastAsia="es-AR"/>
        </w:rPr>
        <w:drawing>
          <wp:anchor distT="0" distB="0" distL="114300" distR="114300" simplePos="0" relativeHeight="251642880" behindDoc="0" locked="0" layoutInCell="1" allowOverlap="1" wp14:anchorId="089D5CAD" wp14:editId="17F9158B">
            <wp:simplePos x="0" y="0"/>
            <wp:positionH relativeFrom="column">
              <wp:posOffset>-981075</wp:posOffset>
            </wp:positionH>
            <wp:positionV relativeFrom="paragraph">
              <wp:posOffset>-56515</wp:posOffset>
            </wp:positionV>
            <wp:extent cx="7559675" cy="10348595"/>
            <wp:effectExtent l="0" t="0" r="3175" b="0"/>
            <wp:wrapThrough wrapText="bothSides">
              <wp:wrapPolygon edited="0">
                <wp:start x="0" y="0"/>
                <wp:lineTo x="0" y="21551"/>
                <wp:lineTo x="21555" y="21551"/>
                <wp:lineTo x="2155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cion_maria_4xA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34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BC2DEB" wp14:editId="533A6198">
                <wp:simplePos x="0" y="0"/>
                <wp:positionH relativeFrom="column">
                  <wp:posOffset>4057650</wp:posOffset>
                </wp:positionH>
                <wp:positionV relativeFrom="paragraph">
                  <wp:posOffset>5095875</wp:posOffset>
                </wp:positionV>
                <wp:extent cx="2105025" cy="257175"/>
                <wp:effectExtent l="0" t="0" r="28575" b="28575"/>
                <wp:wrapThrough wrapText="bothSides">
                  <wp:wrapPolygon edited="0">
                    <wp:start x="0" y="0"/>
                    <wp:lineTo x="0" y="22400"/>
                    <wp:lineTo x="21698" y="22400"/>
                    <wp:lineTo x="21698" y="0"/>
                    <wp:lineTo x="0" y="0"/>
                  </wp:wrapPolygon>
                </wp:wrapThrough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188" w:rsidRPr="00E73188" w:rsidRDefault="00E73188" w:rsidP="00E73188">
                            <w:pPr>
                              <w:rPr>
                                <w:b/>
                                <w:u w:val="single"/>
                                <w:lang w:val="es-ES"/>
                              </w:rPr>
                            </w:pPr>
                            <w:r w:rsidRPr="00E73188">
                              <w:rPr>
                                <w:b/>
                                <w:u w:val="single"/>
                                <w:lang w:val="es-ES"/>
                              </w:rPr>
                              <w:t>María en el monte de la Cruz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C2DEB" id="_x0000_s1029" type="#_x0000_t202" style="position:absolute;left:0;text-align:left;margin-left:319.5pt;margin-top:401.25pt;width:165.75pt;height:2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">
                <v:textbox>
                  <w:txbxContent>
                    <w:p w:rsidR="00E73188" w:rsidRPr="00E73188" w:rsidRDefault="00E73188" w:rsidP="00E73188">
                      <w:pPr>
                        <w:rPr>
                          <w:b/>
                          <w:u w:val="single"/>
                          <w:lang w:val="es-ES"/>
                        </w:rPr>
                      </w:pPr>
                      <w:r w:rsidRPr="00E73188">
                        <w:rPr>
                          <w:b/>
                          <w:u w:val="single"/>
                          <w:lang w:val="es-ES"/>
                        </w:rPr>
                        <w:t>María en el monte de la Cruz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976527" w:rsidSect="00E73188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76527"/>
    <w:rsid w:val="00AA1D8D"/>
    <w:rsid w:val="00B47730"/>
    <w:rsid w:val="00CB0664"/>
    <w:rsid w:val="00E731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AE41D"/>
  <w14:defaultImageDpi w14:val="300"/>
  <w15:docId w15:val="{C24FAB4D-DEC7-4124-A51B-40A182C2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E73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9DE1BF-ABB8-4DA2-84B6-93BAB296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cp:lastPrinted>2026-04-20T12:14:00Z</cp:lastPrinted>
  <dcterms:created xsi:type="dcterms:W3CDTF">2026-04-20T12:15:00Z</dcterms:created>
  <dcterms:modified xsi:type="dcterms:W3CDTF">2026-04-20T12:15:00Z</dcterms:modified>
  <cp:category/>
</cp:coreProperties>
</file>